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2"/>
        </w:rPr>
        <w:t>YOUR FULL NAME</w:t>
      </w:r>
    </w:p>
    <w:p>
      <w:pPr>
        <w:spacing w:after="160" w:before="0"/>
        <w:jc w:val="center"/>
      </w:pPr>
      <w:r>
        <w:rPr>
          <w:b w:val="0"/>
          <w:sz w:val="20"/>
        </w:rPr>
        <w:t>City, State | +91 XXXXXXXXXX | yourname@email.com | linkedin.com/in/yourname | github.com/yourname</w:t>
      </w:r>
    </w:p>
    <w:p>
      <w:pPr>
        <w:spacing w:after="40" w:before="200"/>
      </w:pPr>
      <w:r>
        <w:rPr>
          <w:b/>
          <w:sz w:val="24"/>
        </w:rPr>
        <w:t>EDUCATION</w:t>
      </w:r>
    </w:p>
    <w:p>
      <w:pPr>
        <w:spacing w:after="20" w:before="0"/>
      </w:pPr>
      <w:r>
        <w:rPr>
          <w:b/>
          <w:sz w:val="22"/>
        </w:rPr>
        <w:t>B.Tech in [Branch], [College Name], [University] — CGPA: X.X/10</w:t>
      </w:r>
    </w:p>
    <w:p>
      <w:pPr>
        <w:spacing w:after="80" w:before="0"/>
      </w:pPr>
      <w:r>
        <w:rPr>
          <w:b w:val="0"/>
          <w:sz w:val="20"/>
        </w:rPr>
        <w:t>[Year of joining] – [Year of graduation], [City]</w:t>
      </w:r>
    </w:p>
    <w:p>
      <w:pPr>
        <w:spacing w:after="80" w:before="0"/>
      </w:pPr>
      <w:r>
        <w:rPr>
          <w:b w:val="0"/>
          <w:sz w:val="20"/>
        </w:rPr>
        <w:t>Intermediate/12th: XX% ([Board], [Year])  |  10th: XX% ([Board], [Year])</w:t>
      </w:r>
    </w:p>
    <w:p>
      <w:pPr>
        <w:spacing w:after="40" w:before="200"/>
      </w:pPr>
      <w:r>
        <w:rPr>
          <w:b/>
          <w:sz w:val="24"/>
        </w:rPr>
        <w:t>TECHNICAL SKILLS</w:t>
      </w:r>
    </w:p>
    <w:p>
      <w:pPr>
        <w:spacing w:after="20" w:before="0"/>
      </w:pPr>
      <w:r>
        <w:rPr>
          <w:b w:val="0"/>
          <w:sz w:val="22"/>
        </w:rPr>
        <w:t>Languages: [e.g., Python, Java, SQL]</w:t>
      </w:r>
    </w:p>
    <w:p>
      <w:pPr>
        <w:spacing w:after="20" w:before="0"/>
      </w:pPr>
      <w:r>
        <w:rPr>
          <w:b w:val="0"/>
          <w:sz w:val="22"/>
        </w:rPr>
        <w:t>Technologies &amp; Tools: [e.g., React, Git, MySQL, AWS basics]</w:t>
      </w:r>
    </w:p>
    <w:p>
      <w:pPr>
        <w:spacing w:after="80" w:before="0"/>
      </w:pPr>
      <w:r>
        <w:rPr>
          <w:b w:val="0"/>
          <w:sz w:val="22"/>
        </w:rPr>
        <w:t>Core Concepts: [e.g., Data Structures, OOP, DBMS, Operating Systems]</w:t>
      </w:r>
    </w:p>
    <w:p>
      <w:pPr>
        <w:spacing w:after="40" w:before="200"/>
      </w:pPr>
      <w:r>
        <w:rPr>
          <w:b/>
          <w:sz w:val="24"/>
        </w:rPr>
        <w:t>PROJECTS</w:t>
      </w:r>
    </w:p>
    <w:p>
      <w:pPr>
        <w:spacing w:after="20" w:before="0"/>
      </w:pPr>
      <w:r>
        <w:rPr>
          <w:b/>
          <w:sz w:val="22"/>
        </w:rPr>
        <w:t>[Project Name] — [one-line what it is]</w:t>
      </w:r>
    </w:p>
    <w:p>
      <w:pPr>
        <w:pStyle w:val="ListBullet"/>
        <w:spacing w:after="40"/>
      </w:pPr>
      <w:r>
        <w:t>Built [what you made] using [tech]; [what it does, with a number: users, records, accuracy, speed].</w:t>
      </w:r>
    </w:p>
    <w:p>
      <w:pPr>
        <w:pStyle w:val="ListBullet"/>
        <w:spacing w:after="40"/>
      </w:pPr>
      <w:r>
        <w:t>Implemented [specific feature you coded yourself]; improved [metric] by [X%].</w:t>
      </w:r>
    </w:p>
    <w:p>
      <w:pPr>
        <w:spacing w:after="20" w:before="0"/>
      </w:pPr>
      <w:r>
        <w:rPr>
          <w:b/>
          <w:sz w:val="22"/>
        </w:rPr>
        <w:t>[Second Project Name] — [one-line what it is]</w:t>
      </w:r>
    </w:p>
    <w:p>
      <w:pPr>
        <w:pStyle w:val="ListBullet"/>
        <w:spacing w:after="40"/>
      </w:pPr>
      <w:r>
        <w:t>Developed [what]; handled [specific technical challenge you solved].</w:t>
      </w:r>
    </w:p>
    <w:p>
      <w:pPr>
        <w:pStyle w:val="ListBullet"/>
        <w:spacing w:after="40"/>
      </w:pPr>
      <w:r>
        <w:t>Deployed on [platform]; [outcome or scale with a number].</w:t>
      </w:r>
    </w:p>
    <w:p>
      <w:pPr>
        <w:spacing w:after="40" w:before="200"/>
      </w:pPr>
      <w:r>
        <w:rPr>
          <w:b/>
          <w:sz w:val="24"/>
        </w:rPr>
        <w:t>INTERNSHIP / EXPERIENCE</w:t>
      </w:r>
    </w:p>
    <w:p>
      <w:pPr>
        <w:spacing w:after="20" w:before="0"/>
      </w:pPr>
      <w:r>
        <w:rPr>
          <w:b/>
          <w:sz w:val="22"/>
        </w:rPr>
        <w:t>[Role], [Company] — [Month Year] to [Month Year]</w:t>
      </w:r>
    </w:p>
    <w:p>
      <w:pPr>
        <w:pStyle w:val="ListBullet"/>
        <w:spacing w:after="40"/>
      </w:pPr>
      <w:r>
        <w:t>Automated/created/analyzed [task] using [tool]; reduced [time/effort] by [X%].</w:t>
      </w:r>
    </w:p>
    <w:p>
      <w:pPr>
        <w:pStyle w:val="ListBullet"/>
        <w:spacing w:after="40"/>
      </w:pPr>
      <w:r>
        <w:t>Collaborated with [team size] to deliver [output]; [what you personally owned].</w:t>
      </w:r>
    </w:p>
    <w:p>
      <w:pPr>
        <w:spacing w:after="40" w:before="200"/>
      </w:pPr>
      <w:r>
        <w:rPr>
          <w:b/>
          <w:sz w:val="24"/>
        </w:rPr>
        <w:t>ACHIEVEMENTS &amp; CERTIFICATIONS</w:t>
      </w:r>
    </w:p>
    <w:p>
      <w:pPr>
        <w:pStyle w:val="ListBullet"/>
        <w:spacing w:after="40"/>
      </w:pPr>
      <w:r>
        <w:t>[Certification name, platform, year] — e.g., NPTEL Java, AWS Cloud Practitioner</w:t>
      </w:r>
    </w:p>
    <w:p>
      <w:pPr>
        <w:pStyle w:val="ListBullet"/>
        <w:spacing w:after="40"/>
      </w:pPr>
      <w:r>
        <w:t>[Hackathon/contest result, coding profile milestone — e.g., 300+ problems on LeetCode]</w:t>
      </w:r>
    </w:p>
    <w:p>
      <w:pPr>
        <w:pStyle w:val="ListBullet"/>
        <w:spacing w:after="40"/>
      </w:pPr>
      <w:r>
        <w:t>[Scholarship, rank, club role — only if it signals skill or initiative]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